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9277" w:type="dxa"/>
        <w:tblLayout w:type="fixed"/>
        <w:tblLook w:val="04A0" w:firstRow="1" w:lastRow="0" w:firstColumn="1" w:lastColumn="0" w:noHBand="0" w:noVBand="1"/>
      </w:tblPr>
      <w:tblGrid>
        <w:gridCol w:w="1299"/>
        <w:gridCol w:w="1247"/>
        <w:gridCol w:w="1247"/>
        <w:gridCol w:w="35"/>
        <w:gridCol w:w="1892"/>
        <w:gridCol w:w="1929"/>
        <w:gridCol w:w="339"/>
        <w:gridCol w:w="1984"/>
        <w:gridCol w:w="1419"/>
        <w:gridCol w:w="1190"/>
        <w:gridCol w:w="3295"/>
        <w:gridCol w:w="3401"/>
      </w:tblGrid>
      <w:tr w:rsidR="00BF704C" w:rsidRPr="006A0A28" w:rsidTr="006A0A28">
        <w:tc>
          <w:tcPr>
            <w:tcW w:w="7649" w:type="dxa"/>
            <w:gridSpan w:val="6"/>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rsidR="00BF704C" w:rsidRPr="006A0A28" w:rsidRDefault="004D0AA0">
            <w:r w:rsidRPr="006A0A28">
              <w:rPr>
                <w:noProof/>
                <w:lang w:eastAsia="fr-FR"/>
              </w:rPr>
              <w:drawing>
                <wp:inline distT="0" distB="0" distL="0" distR="0">
                  <wp:extent cx="2376000" cy="5865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RAJES.png"/>
                          <pic:cNvPicPr/>
                        </pic:nvPicPr>
                        <pic:blipFill>
                          <a:blip r:embed="rId8"/>
                          <a:stretch>
                            <a:fillRect/>
                          </a:stretch>
                        </pic:blipFill>
                        <pic:spPr>
                          <a:xfrm>
                            <a:off x="0" y="0"/>
                            <a:ext cx="2376000" cy="586544"/>
                          </a:xfrm>
                          <a:prstGeom prst="rect">
                            <a:avLst/>
                          </a:prstGeom>
                        </pic:spPr>
                      </pic:pic>
                    </a:graphicData>
                  </a:graphic>
                </wp:inline>
              </w:drawing>
            </w:r>
          </w:p>
        </w:tc>
        <w:tc>
          <w:tcPr>
            <w:tcW w:w="11628" w:type="dxa"/>
            <w:gridSpan w:val="6"/>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rsidR="00BF704C" w:rsidRPr="006A0A28" w:rsidRDefault="004D0AA0" w:rsidP="006A0A28">
            <w:pPr>
              <w:spacing w:after="0"/>
            </w:pPr>
            <w:r w:rsidRPr="006A0A28">
              <w:rPr>
                <w:b/>
                <w:color w:val="0B7F84"/>
                <w:sz w:val="18"/>
              </w:rPr>
              <w:t>PIÈCE JOINTE 2 À LA CONVENTION 2HSC</w:t>
            </w:r>
          </w:p>
          <w:p w:rsidR="00BF704C" w:rsidRPr="006A0A28" w:rsidRDefault="004D0AA0" w:rsidP="006A0A28">
            <w:pPr>
              <w:spacing w:after="0"/>
            </w:pPr>
            <w:r w:rsidRPr="006A0A28">
              <w:rPr>
                <w:b/>
                <w:color w:val="173B6C"/>
                <w:sz w:val="32"/>
              </w:rPr>
              <w:t>PLANNING SIMPLIFIÉ DES ANIMATIONS 2HSC</w:t>
            </w:r>
          </w:p>
          <w:p w:rsidR="00BF704C" w:rsidRPr="006A0A28" w:rsidRDefault="004D0AA0" w:rsidP="006A0A28">
            <w:pPr>
              <w:spacing w:after="0"/>
            </w:pPr>
            <w:r w:rsidRPr="006A0A28">
              <w:rPr>
                <w:b/>
                <w:color w:val="0B7F84"/>
                <w:sz w:val="17"/>
              </w:rPr>
              <w:t>Année scolaire 2026-2027 | Version régionale Île-de-France</w:t>
            </w:r>
          </w:p>
        </w:tc>
      </w:tr>
      <w:tr w:rsidR="00BF704C" w:rsidRPr="006A0A28" w:rsidTr="006A0A28">
        <w:trPr>
          <w:gridAfter w:val="1"/>
          <w:wAfter w:w="3401" w:type="dxa"/>
        </w:trPr>
        <w:tc>
          <w:tcPr>
            <w:tcW w:w="15876" w:type="dxa"/>
            <w:gridSpan w:val="11"/>
            <w:tcBorders>
              <w:top w:val="single" w:sz="7" w:space="0" w:color="E1B800"/>
              <w:left w:val="single" w:sz="7" w:space="0" w:color="E1B800"/>
              <w:bottom w:val="single" w:sz="7" w:space="0" w:color="E1B800"/>
              <w:right w:val="single" w:sz="7" w:space="0" w:color="E1B800"/>
            </w:tcBorders>
            <w:shd w:val="clear" w:color="auto" w:fill="FFF4CC"/>
            <w:tcMar>
              <w:top w:w="40" w:type="dxa"/>
              <w:left w:w="70" w:type="dxa"/>
              <w:bottom w:w="40" w:type="dxa"/>
              <w:right w:w="70" w:type="dxa"/>
            </w:tcMar>
          </w:tcPr>
          <w:p w:rsidR="00BF704C" w:rsidRPr="006A0A28" w:rsidRDefault="004D0AA0">
            <w:pPr>
              <w:spacing w:after="0"/>
            </w:pPr>
            <w:r w:rsidRPr="006A0A28">
              <w:rPr>
                <w:b/>
                <w:color w:val="173B6C"/>
                <w:sz w:val="15"/>
              </w:rPr>
              <w:t xml:space="preserve">Mode d’emploi : une ligne </w:t>
            </w:r>
            <w:bookmarkStart w:id="0" w:name="_GoBack"/>
            <w:r w:rsidRPr="006A0A28">
              <w:rPr>
                <w:b/>
                <w:color w:val="173B6C"/>
                <w:sz w:val="15"/>
              </w:rPr>
              <w:t xml:space="preserve">par créneau régulier ou par période distincte. Les dates exceptionnelles et les modifications sont indiquées dans la section 3. Toute </w:t>
            </w:r>
            <w:bookmarkEnd w:id="0"/>
            <w:r w:rsidRPr="006A0A28">
              <w:rPr>
                <w:b/>
                <w:color w:val="173B6C"/>
                <w:sz w:val="15"/>
              </w:rPr>
              <w:t>actualisation est transmise au collège et au SDJES avant l’animation concernée.</w:t>
            </w:r>
          </w:p>
        </w:tc>
      </w:tr>
      <w:tr w:rsidR="00BF704C" w:rsidRPr="006A0A28" w:rsidTr="006A0A28">
        <w:trPr>
          <w:gridAfter w:val="1"/>
          <w:wAfter w:w="3401" w:type="dxa"/>
          <w:cantSplit/>
        </w:trPr>
        <w:tc>
          <w:tcPr>
            <w:tcW w:w="15876" w:type="dxa"/>
            <w:gridSpan w:val="11"/>
            <w:shd w:val="clear" w:color="auto" w:fill="173B6C"/>
            <w:tcMar>
              <w:top w:w="35" w:type="dxa"/>
              <w:left w:w="65" w:type="dxa"/>
              <w:bottom w:w="35" w:type="dxa"/>
              <w:right w:w="65" w:type="dxa"/>
            </w:tcMar>
          </w:tcPr>
          <w:p w:rsidR="00BF704C" w:rsidRPr="006A0A28" w:rsidRDefault="004D0AA0">
            <w:pPr>
              <w:spacing w:after="0"/>
            </w:pPr>
            <w:r w:rsidRPr="006A0A28">
              <w:rPr>
                <w:b/>
                <w:color w:val="FFFFFF"/>
                <w:sz w:val="18"/>
              </w:rPr>
              <w:t>1. IDENTIFICATION DU PROJET</w:t>
            </w:r>
          </w:p>
        </w:tc>
      </w:tr>
      <w:tr w:rsidR="00BF704C" w:rsidRPr="006A0A28" w:rsidTr="006A0A28">
        <w:trPr>
          <w:gridAfter w:val="1"/>
          <w:wAfter w:w="3401" w:type="dxa"/>
          <w:cantSplit/>
        </w:trPr>
        <w:tc>
          <w:tcPr>
            <w:tcW w:w="3828" w:type="dxa"/>
            <w:gridSpan w:val="4"/>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Département / SDJES : </w:t>
            </w:r>
            <w:r w:rsidRPr="006A0A28">
              <w:rPr>
                <w:color w:val="243447"/>
                <w:sz w:val="15"/>
              </w:rPr>
              <w:t>☐ 75 ☐ 77 ☐ 78 ☐ 91 ☐ 92 ☐ 93 ☐ 94 ☐ 95</w:t>
            </w:r>
          </w:p>
        </w:tc>
        <w:tc>
          <w:tcPr>
            <w:tcW w:w="3821" w:type="dxa"/>
            <w:gridSpan w:val="2"/>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Collège public / UAI : </w:t>
            </w:r>
            <w:r w:rsidRPr="006A0A28">
              <w:rPr>
                <w:color w:val="243447"/>
                <w:sz w:val="15"/>
              </w:rPr>
              <w:t>................................................................</w:t>
            </w:r>
          </w:p>
        </w:tc>
        <w:tc>
          <w:tcPr>
            <w:tcW w:w="3742" w:type="dxa"/>
            <w:gridSpan w:val="3"/>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Structure partenaire / SIRET : </w:t>
            </w:r>
            <w:r w:rsidRPr="006A0A28">
              <w:rPr>
                <w:color w:val="243447"/>
                <w:sz w:val="15"/>
              </w:rPr>
              <w:t>................................................................</w:t>
            </w:r>
          </w:p>
        </w:tc>
        <w:tc>
          <w:tcPr>
            <w:tcW w:w="4485" w:type="dxa"/>
            <w:gridSpan w:val="2"/>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Planning : </w:t>
            </w:r>
            <w:r w:rsidRPr="006A0A28">
              <w:rPr>
                <w:color w:val="243447"/>
                <w:sz w:val="15"/>
              </w:rPr>
              <w:t>☐ Initial  ☐ Actualisé n° .... du .... / .... / ....</w:t>
            </w:r>
          </w:p>
        </w:tc>
      </w:tr>
      <w:tr w:rsidR="00BF704C" w:rsidRPr="006A0A28" w:rsidTr="006A0A28">
        <w:trPr>
          <w:gridAfter w:val="1"/>
          <w:wAfter w:w="3401" w:type="dxa"/>
          <w:cantSplit/>
        </w:trPr>
        <w:tc>
          <w:tcPr>
            <w:tcW w:w="3828" w:type="dxa"/>
            <w:gridSpan w:val="4"/>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Animation(s) / APS : ................................................................</w:t>
            </w:r>
          </w:p>
        </w:tc>
        <w:tc>
          <w:tcPr>
            <w:tcW w:w="3821" w:type="dxa"/>
            <w:gridSpan w:val="2"/>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Public / effectif prévisionnel : </w:t>
            </w:r>
            <w:r w:rsidRPr="006A0A28">
              <w:rPr>
                <w:color w:val="243447"/>
                <w:sz w:val="15"/>
              </w:rPr>
              <w:t>................................................................</w:t>
            </w:r>
          </w:p>
        </w:tc>
        <w:tc>
          <w:tcPr>
            <w:tcW w:w="3742" w:type="dxa"/>
            <w:gridSpan w:val="3"/>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Période globale : </w:t>
            </w:r>
            <w:r w:rsidRPr="006A0A28">
              <w:rPr>
                <w:color w:val="243447"/>
                <w:sz w:val="15"/>
              </w:rPr>
              <w:t>du .... / .... / .... au .... / .... / ....</w:t>
            </w:r>
          </w:p>
        </w:tc>
        <w:tc>
          <w:tcPr>
            <w:tcW w:w="4485" w:type="dxa"/>
            <w:gridSpan w:val="2"/>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Convention effective le : </w:t>
            </w:r>
            <w:r w:rsidRPr="006A0A28">
              <w:rPr>
                <w:color w:val="243447"/>
                <w:sz w:val="15"/>
              </w:rPr>
              <w:t>.... / .... / 2026</w:t>
            </w:r>
          </w:p>
        </w:tc>
      </w:tr>
      <w:tr w:rsidR="00BF704C" w:rsidRPr="006A0A28" w:rsidTr="006A0A28">
        <w:trPr>
          <w:gridAfter w:val="1"/>
          <w:wAfter w:w="3401" w:type="dxa"/>
          <w:cantSplit/>
        </w:trPr>
        <w:tc>
          <w:tcPr>
            <w:tcW w:w="3828" w:type="dxa"/>
            <w:gridSpan w:val="4"/>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Référent collège : </w:t>
            </w:r>
            <w:r w:rsidRPr="006A0A28">
              <w:rPr>
                <w:color w:val="243447"/>
                <w:sz w:val="15"/>
              </w:rPr>
              <w:t>................................................................</w:t>
            </w:r>
          </w:p>
        </w:tc>
        <w:tc>
          <w:tcPr>
            <w:tcW w:w="3821" w:type="dxa"/>
            <w:gridSpan w:val="2"/>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Référent structure : </w:t>
            </w:r>
            <w:r w:rsidRPr="006A0A28">
              <w:rPr>
                <w:color w:val="243447"/>
                <w:sz w:val="15"/>
              </w:rPr>
              <w:t>................................................................</w:t>
            </w:r>
          </w:p>
        </w:tc>
        <w:tc>
          <w:tcPr>
            <w:tcW w:w="3742" w:type="dxa"/>
            <w:gridSpan w:val="3"/>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Courriel / téléphone : </w:t>
            </w:r>
            <w:r w:rsidRPr="006A0A28">
              <w:rPr>
                <w:color w:val="243447"/>
                <w:sz w:val="15"/>
              </w:rPr>
              <w:t>................................................................</w:t>
            </w:r>
          </w:p>
        </w:tc>
        <w:tc>
          <w:tcPr>
            <w:tcW w:w="4485" w:type="dxa"/>
            <w:gridSpan w:val="2"/>
            <w:tcBorders>
              <w:top w:val="single" w:sz="5" w:space="0" w:color="AAB7C4"/>
              <w:left w:val="single" w:sz="5" w:space="0" w:color="AAB7C4"/>
              <w:bottom w:val="single" w:sz="5" w:space="0" w:color="AAB7C4"/>
              <w:right w:val="single" w:sz="5" w:space="0" w:color="AAB7C4"/>
            </w:tcBorders>
            <w:tcMar>
              <w:top w:w="38" w:type="dxa"/>
              <w:left w:w="55" w:type="dxa"/>
              <w:bottom w:w="38" w:type="dxa"/>
              <w:right w:w="55" w:type="dxa"/>
            </w:tcMar>
          </w:tcPr>
          <w:p w:rsidR="00BF704C" w:rsidRPr="006A0A28" w:rsidRDefault="004D0AA0">
            <w:pPr>
              <w:spacing w:after="0"/>
            </w:pPr>
            <w:r w:rsidRPr="006A0A28">
              <w:rPr>
                <w:b/>
                <w:color w:val="173B6C"/>
                <w:sz w:val="15"/>
              </w:rPr>
              <w:t xml:space="preserve">Nombre total prévisionnel de séances : </w:t>
            </w:r>
            <w:r w:rsidRPr="006A0A28">
              <w:rPr>
                <w:color w:val="243447"/>
                <w:sz w:val="15"/>
              </w:rPr>
              <w:t>................................................................</w:t>
            </w:r>
          </w:p>
        </w:tc>
      </w:tr>
      <w:tr w:rsidR="00BF704C" w:rsidRPr="006A0A28" w:rsidTr="006A0A28">
        <w:trPr>
          <w:gridAfter w:val="1"/>
          <w:wAfter w:w="3401" w:type="dxa"/>
          <w:cantSplit/>
        </w:trPr>
        <w:tc>
          <w:tcPr>
            <w:tcW w:w="15876" w:type="dxa"/>
            <w:gridSpan w:val="11"/>
            <w:shd w:val="clear" w:color="auto" w:fill="0B7F84"/>
            <w:tcMar>
              <w:top w:w="35" w:type="dxa"/>
              <w:left w:w="65" w:type="dxa"/>
              <w:bottom w:w="35" w:type="dxa"/>
              <w:right w:w="65" w:type="dxa"/>
            </w:tcMar>
          </w:tcPr>
          <w:p w:rsidR="00BF704C" w:rsidRPr="006A0A28" w:rsidRDefault="004D0AA0">
            <w:pPr>
              <w:spacing w:after="0"/>
            </w:pPr>
            <w:r w:rsidRPr="006A0A28">
              <w:rPr>
                <w:b/>
                <w:color w:val="FFFFFF"/>
                <w:sz w:val="18"/>
              </w:rPr>
              <w:t>2. CRÉNEAUX RÉGULIERS PRÉVISIONNELS</w:t>
            </w:r>
          </w:p>
        </w:tc>
      </w:tr>
      <w:tr w:rsidR="00BF704C" w:rsidRPr="006A0A28" w:rsidTr="006A0A28">
        <w:trPr>
          <w:gridAfter w:val="1"/>
          <w:wAfter w:w="3401" w:type="dxa"/>
          <w:tblHeader/>
        </w:trPr>
        <w:tc>
          <w:tcPr>
            <w:tcW w:w="1299" w:type="dxa"/>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PÉRIODE</w:t>
            </w:r>
          </w:p>
        </w:tc>
        <w:tc>
          <w:tcPr>
            <w:tcW w:w="1247" w:type="dxa"/>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JOUR(S)</w:t>
            </w:r>
          </w:p>
        </w:tc>
        <w:tc>
          <w:tcPr>
            <w:tcW w:w="1247" w:type="dxa"/>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HORAIRES</w:t>
            </w:r>
          </w:p>
        </w:tc>
        <w:tc>
          <w:tcPr>
            <w:tcW w:w="1927" w:type="dxa"/>
            <w:gridSpan w:val="2"/>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ANIMATION / APS</w:t>
            </w:r>
          </w:p>
        </w:tc>
        <w:tc>
          <w:tcPr>
            <w:tcW w:w="2268" w:type="dxa"/>
            <w:gridSpan w:val="2"/>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LIEU / ÉQUIPEMENT</w:t>
            </w:r>
          </w:p>
        </w:tc>
        <w:tc>
          <w:tcPr>
            <w:tcW w:w="1984" w:type="dxa"/>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PROPRIÉTAIRE / GESTIONNAIRE</w:t>
            </w:r>
          </w:p>
        </w:tc>
        <w:tc>
          <w:tcPr>
            <w:tcW w:w="1419" w:type="dxa"/>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NB SÉANCES</w:t>
            </w:r>
          </w:p>
        </w:tc>
        <w:tc>
          <w:tcPr>
            <w:tcW w:w="1190" w:type="dxa"/>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EFFECTIF / SÉANCE</w:t>
            </w:r>
          </w:p>
        </w:tc>
        <w:tc>
          <w:tcPr>
            <w:tcW w:w="3295" w:type="dxa"/>
            <w:tcBorders>
              <w:top w:val="single" w:sz="5" w:space="0" w:color="0B7F84"/>
              <w:left w:val="single" w:sz="5" w:space="0" w:color="0B7F84"/>
              <w:bottom w:val="single" w:sz="5" w:space="0" w:color="0B7F84"/>
              <w:right w:val="single" w:sz="5" w:space="0" w:color="0B7F84"/>
            </w:tcBorders>
            <w:shd w:val="clear" w:color="auto" w:fill="E8F7F7"/>
            <w:tcMar>
              <w:top w:w="35" w:type="dxa"/>
              <w:left w:w="35" w:type="dxa"/>
              <w:bottom w:w="35" w:type="dxa"/>
              <w:right w:w="35" w:type="dxa"/>
            </w:tcMar>
          </w:tcPr>
          <w:p w:rsidR="00BF704C" w:rsidRPr="006A0A28" w:rsidRDefault="004D0AA0">
            <w:pPr>
              <w:spacing w:after="0"/>
              <w:jc w:val="center"/>
            </w:pPr>
            <w:r w:rsidRPr="006A0A28">
              <w:rPr>
                <w:b/>
                <w:color w:val="0B7F84"/>
                <w:sz w:val="13"/>
              </w:rPr>
              <w:t>DÉPLACEMENT / TRANSPORT</w:t>
            </w:r>
          </w:p>
        </w:tc>
      </w:tr>
      <w:tr w:rsidR="00BF704C" w:rsidRPr="006A0A28" w:rsidTr="006A0A28">
        <w:trPr>
          <w:gridAfter w:val="1"/>
          <w:wAfter w:w="3401" w:type="dxa"/>
          <w:cantSplit/>
        </w:trPr>
        <w:tc>
          <w:tcPr>
            <w:tcW w:w="129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Du .... au ....</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 ....</w:t>
            </w:r>
          </w:p>
        </w:tc>
        <w:tc>
          <w:tcPr>
            <w:tcW w:w="1927"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2268"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984"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Collège ☐ Collectivité ☐ Autre</w:t>
            </w:r>
          </w:p>
        </w:tc>
        <w:tc>
          <w:tcPr>
            <w:tcW w:w="141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190"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3295"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Aucun  ☐ À pied  ☐ TC  ☐ Autre : ........</w:t>
            </w:r>
          </w:p>
        </w:tc>
      </w:tr>
      <w:tr w:rsidR="00BF704C" w:rsidRPr="006A0A28" w:rsidTr="006A0A28">
        <w:trPr>
          <w:gridAfter w:val="1"/>
          <w:wAfter w:w="3401" w:type="dxa"/>
          <w:cantSplit/>
        </w:trPr>
        <w:tc>
          <w:tcPr>
            <w:tcW w:w="129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Du .... au ....</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 ....</w:t>
            </w:r>
          </w:p>
        </w:tc>
        <w:tc>
          <w:tcPr>
            <w:tcW w:w="1927"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2268"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984"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Collège ☐ Collectivité ☐ Autre</w:t>
            </w:r>
          </w:p>
        </w:tc>
        <w:tc>
          <w:tcPr>
            <w:tcW w:w="141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190"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3295"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Aucun  ☐ À pied  ☐ TC  ☐ Autre : ........</w:t>
            </w:r>
          </w:p>
        </w:tc>
      </w:tr>
      <w:tr w:rsidR="00BF704C" w:rsidRPr="006A0A28" w:rsidTr="006A0A28">
        <w:trPr>
          <w:gridAfter w:val="1"/>
          <w:wAfter w:w="3401" w:type="dxa"/>
          <w:cantSplit/>
        </w:trPr>
        <w:tc>
          <w:tcPr>
            <w:tcW w:w="129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Du .... au ....</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 ....</w:t>
            </w:r>
          </w:p>
        </w:tc>
        <w:tc>
          <w:tcPr>
            <w:tcW w:w="1927"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2268"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984"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Collège ☐ Collectivité ☐ Autre</w:t>
            </w:r>
          </w:p>
        </w:tc>
        <w:tc>
          <w:tcPr>
            <w:tcW w:w="141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190"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3295"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Aucun  ☐ À pied  ☐ TC  ☐ Autre : ........</w:t>
            </w:r>
          </w:p>
        </w:tc>
      </w:tr>
      <w:tr w:rsidR="00BF704C" w:rsidRPr="006A0A28" w:rsidTr="006A0A28">
        <w:trPr>
          <w:gridAfter w:val="1"/>
          <w:wAfter w:w="3401" w:type="dxa"/>
          <w:cantSplit/>
        </w:trPr>
        <w:tc>
          <w:tcPr>
            <w:tcW w:w="129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Du .... au ....</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 ....</w:t>
            </w:r>
          </w:p>
        </w:tc>
        <w:tc>
          <w:tcPr>
            <w:tcW w:w="1927"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2268"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984"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Collège ☐ Collectivité ☐ Autre</w:t>
            </w:r>
          </w:p>
        </w:tc>
        <w:tc>
          <w:tcPr>
            <w:tcW w:w="141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190"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3295"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Aucun  ☐ À pied  ☐ TC  ☐ Autre : ........</w:t>
            </w:r>
          </w:p>
        </w:tc>
      </w:tr>
      <w:tr w:rsidR="00BF704C" w:rsidRPr="006A0A28" w:rsidTr="006A0A28">
        <w:trPr>
          <w:gridAfter w:val="1"/>
          <w:wAfter w:w="3401" w:type="dxa"/>
          <w:cantSplit/>
        </w:trPr>
        <w:tc>
          <w:tcPr>
            <w:tcW w:w="129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Du .... au ....</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247"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 ....</w:t>
            </w:r>
          </w:p>
        </w:tc>
        <w:tc>
          <w:tcPr>
            <w:tcW w:w="1927"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2268" w:type="dxa"/>
            <w:gridSpan w:val="2"/>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984"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Collège ☐ Collectivité ☐ Autre</w:t>
            </w:r>
          </w:p>
        </w:tc>
        <w:tc>
          <w:tcPr>
            <w:tcW w:w="1419"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1190"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w:t>
            </w:r>
          </w:p>
        </w:tc>
        <w:tc>
          <w:tcPr>
            <w:tcW w:w="3295" w:type="dxa"/>
            <w:tcBorders>
              <w:top w:val="single" w:sz="5" w:space="0" w:color="AAB7C4"/>
              <w:left w:val="single" w:sz="5" w:space="0" w:color="AAB7C4"/>
              <w:bottom w:val="single" w:sz="5" w:space="0" w:color="AAB7C4"/>
              <w:right w:val="single" w:sz="5" w:space="0" w:color="AAB7C4"/>
            </w:tcBorders>
            <w:tcMar>
              <w:top w:w="45" w:type="dxa"/>
              <w:left w:w="35" w:type="dxa"/>
              <w:bottom w:w="45" w:type="dxa"/>
              <w:right w:w="35" w:type="dxa"/>
            </w:tcMar>
            <w:vAlign w:val="center"/>
          </w:tcPr>
          <w:p w:rsidR="00BF704C" w:rsidRPr="006A0A28" w:rsidRDefault="004D0AA0">
            <w:pPr>
              <w:spacing w:after="0"/>
            </w:pPr>
            <w:r w:rsidRPr="006A0A28">
              <w:rPr>
                <w:color w:val="536273"/>
                <w:sz w:val="13"/>
              </w:rPr>
              <w:t>☐ Aucun  ☐ À pied  ☐ TC  ☐ Autre : ........</w:t>
            </w:r>
          </w:p>
        </w:tc>
      </w:tr>
    </w:tbl>
    <w:p w:rsidR="00BF704C" w:rsidRPr="006A0A28" w:rsidRDefault="004D0AA0">
      <w:pPr>
        <w:spacing w:before="20" w:after="20"/>
      </w:pPr>
      <w:r w:rsidRPr="006A0A28">
        <w:rPr>
          <w:b/>
          <w:color w:val="173B6C"/>
          <w:sz w:val="14"/>
        </w:rPr>
        <w:t>Précision : si plusieurs animations, lieux ou horaires sont prévus sur une même période, utiliser une ligne distincte.</w:t>
      </w:r>
    </w:p>
    <w:tbl>
      <w:tblPr>
        <w:tblW w:w="0" w:type="auto"/>
        <w:jc w:val="center"/>
        <w:tblLayout w:type="fixed"/>
        <w:tblLook w:val="04A0" w:firstRow="1" w:lastRow="0" w:firstColumn="1" w:lastColumn="0" w:noHBand="0" w:noVBand="1"/>
      </w:tblPr>
      <w:tblGrid>
        <w:gridCol w:w="1701"/>
        <w:gridCol w:w="2268"/>
        <w:gridCol w:w="226"/>
        <w:gridCol w:w="3743"/>
        <w:gridCol w:w="1133"/>
        <w:gridCol w:w="2722"/>
        <w:gridCol w:w="1530"/>
        <w:gridCol w:w="2528"/>
        <w:gridCol w:w="22"/>
        <w:gridCol w:w="33"/>
      </w:tblGrid>
      <w:tr w:rsidR="00BF704C" w:rsidRPr="006A0A28" w:rsidTr="006A0A28">
        <w:trPr>
          <w:cantSplit/>
          <w:jc w:val="center"/>
        </w:trPr>
        <w:tc>
          <w:tcPr>
            <w:tcW w:w="15906" w:type="dxa"/>
            <w:gridSpan w:val="10"/>
            <w:shd w:val="clear" w:color="auto" w:fill="E87522"/>
            <w:tcMar>
              <w:top w:w="35" w:type="dxa"/>
              <w:left w:w="65" w:type="dxa"/>
              <w:bottom w:w="35" w:type="dxa"/>
              <w:right w:w="65" w:type="dxa"/>
            </w:tcMar>
          </w:tcPr>
          <w:p w:rsidR="00BF704C" w:rsidRPr="006A0A28" w:rsidRDefault="004D0AA0">
            <w:pPr>
              <w:spacing w:after="0"/>
            </w:pPr>
            <w:r w:rsidRPr="006A0A28">
              <w:rPr>
                <w:b/>
                <w:color w:val="FFFFFF"/>
                <w:sz w:val="18"/>
              </w:rPr>
              <w:t>3. DATES EXCEPTIONNELLES OU MODIFICATIONS</w:t>
            </w:r>
          </w:p>
        </w:tc>
      </w:tr>
      <w:tr w:rsidR="00BF704C" w:rsidRPr="006A0A28" w:rsidTr="006A0A28">
        <w:trPr>
          <w:gridAfter w:val="1"/>
          <w:wAfter w:w="28" w:type="dxa"/>
          <w:tblHeader/>
          <w:jc w:val="center"/>
        </w:trPr>
        <w:tc>
          <w:tcPr>
            <w:tcW w:w="1701" w:type="dxa"/>
            <w:tcBorders>
              <w:top w:val="single" w:sz="5" w:space="0" w:color="E87522"/>
              <w:left w:val="single" w:sz="5" w:space="0" w:color="E87522"/>
              <w:bottom w:val="single" w:sz="5" w:space="0" w:color="E87522"/>
              <w:right w:val="single" w:sz="5" w:space="0" w:color="E87522"/>
            </w:tcBorders>
            <w:shd w:val="clear" w:color="auto" w:fill="FFF2E6"/>
            <w:tcMar>
              <w:top w:w="35" w:type="dxa"/>
              <w:left w:w="35" w:type="dxa"/>
              <w:bottom w:w="35" w:type="dxa"/>
              <w:right w:w="35" w:type="dxa"/>
            </w:tcMar>
          </w:tcPr>
          <w:p w:rsidR="00BF704C" w:rsidRPr="006A0A28" w:rsidRDefault="004D0AA0">
            <w:pPr>
              <w:spacing w:after="0"/>
              <w:jc w:val="center"/>
            </w:pPr>
            <w:r w:rsidRPr="006A0A28">
              <w:rPr>
                <w:b/>
                <w:color w:val="E87522"/>
                <w:sz w:val="13"/>
              </w:rPr>
              <w:t>DATE</w:t>
            </w:r>
          </w:p>
        </w:tc>
        <w:tc>
          <w:tcPr>
            <w:tcW w:w="2494" w:type="dxa"/>
            <w:gridSpan w:val="2"/>
            <w:tcBorders>
              <w:top w:val="single" w:sz="5" w:space="0" w:color="E87522"/>
              <w:left w:val="single" w:sz="5" w:space="0" w:color="E87522"/>
              <w:bottom w:val="single" w:sz="5" w:space="0" w:color="E87522"/>
              <w:right w:val="single" w:sz="5" w:space="0" w:color="E87522"/>
            </w:tcBorders>
            <w:shd w:val="clear" w:color="auto" w:fill="FFF2E6"/>
            <w:tcMar>
              <w:top w:w="35" w:type="dxa"/>
              <w:left w:w="35" w:type="dxa"/>
              <w:bottom w:w="35" w:type="dxa"/>
              <w:right w:w="35" w:type="dxa"/>
            </w:tcMar>
          </w:tcPr>
          <w:p w:rsidR="00BF704C" w:rsidRPr="006A0A28" w:rsidRDefault="004D0AA0">
            <w:pPr>
              <w:spacing w:after="0"/>
              <w:jc w:val="center"/>
            </w:pPr>
            <w:r w:rsidRPr="006A0A28">
              <w:rPr>
                <w:b/>
                <w:color w:val="E87522"/>
                <w:sz w:val="13"/>
              </w:rPr>
              <w:t>TYPE</w:t>
            </w:r>
          </w:p>
        </w:tc>
        <w:tc>
          <w:tcPr>
            <w:tcW w:w="4876" w:type="dxa"/>
            <w:gridSpan w:val="2"/>
            <w:tcBorders>
              <w:top w:val="single" w:sz="5" w:space="0" w:color="E87522"/>
              <w:left w:val="single" w:sz="5" w:space="0" w:color="E87522"/>
              <w:bottom w:val="single" w:sz="5" w:space="0" w:color="E87522"/>
              <w:right w:val="single" w:sz="5" w:space="0" w:color="E87522"/>
            </w:tcBorders>
            <w:shd w:val="clear" w:color="auto" w:fill="FFF2E6"/>
            <w:tcMar>
              <w:top w:w="35" w:type="dxa"/>
              <w:left w:w="35" w:type="dxa"/>
              <w:bottom w:w="35" w:type="dxa"/>
              <w:right w:w="35" w:type="dxa"/>
            </w:tcMar>
          </w:tcPr>
          <w:p w:rsidR="00BF704C" w:rsidRPr="006A0A28" w:rsidRDefault="004D0AA0">
            <w:pPr>
              <w:spacing w:after="0"/>
              <w:jc w:val="center"/>
            </w:pPr>
            <w:r w:rsidRPr="006A0A28">
              <w:rPr>
                <w:b/>
                <w:color w:val="E87522"/>
                <w:sz w:val="13"/>
              </w:rPr>
              <w:t>MODIFICATION / MOTIF</w:t>
            </w:r>
          </w:p>
        </w:tc>
        <w:tc>
          <w:tcPr>
            <w:tcW w:w="4252" w:type="dxa"/>
            <w:gridSpan w:val="2"/>
            <w:tcBorders>
              <w:top w:val="single" w:sz="5" w:space="0" w:color="E87522"/>
              <w:left w:val="single" w:sz="5" w:space="0" w:color="E87522"/>
              <w:bottom w:val="single" w:sz="5" w:space="0" w:color="E87522"/>
              <w:right w:val="single" w:sz="5" w:space="0" w:color="E87522"/>
            </w:tcBorders>
            <w:shd w:val="clear" w:color="auto" w:fill="FFF2E6"/>
            <w:tcMar>
              <w:top w:w="35" w:type="dxa"/>
              <w:left w:w="35" w:type="dxa"/>
              <w:bottom w:w="35" w:type="dxa"/>
              <w:right w:w="35" w:type="dxa"/>
            </w:tcMar>
          </w:tcPr>
          <w:p w:rsidR="00BF704C" w:rsidRPr="006A0A28" w:rsidRDefault="004D0AA0">
            <w:pPr>
              <w:spacing w:after="0"/>
              <w:jc w:val="center"/>
            </w:pPr>
            <w:r w:rsidRPr="006A0A28">
              <w:rPr>
                <w:b/>
                <w:color w:val="E87522"/>
                <w:sz w:val="13"/>
              </w:rPr>
              <w:t>NOUVEAU CRÉNEAU OU SOLUTION</w:t>
            </w:r>
          </w:p>
        </w:tc>
        <w:tc>
          <w:tcPr>
            <w:tcW w:w="2550" w:type="dxa"/>
            <w:gridSpan w:val="2"/>
            <w:tcBorders>
              <w:top w:val="single" w:sz="5" w:space="0" w:color="E87522"/>
              <w:left w:val="single" w:sz="5" w:space="0" w:color="E87522"/>
              <w:bottom w:val="single" w:sz="5" w:space="0" w:color="E87522"/>
              <w:right w:val="single" w:sz="5" w:space="0" w:color="E87522"/>
            </w:tcBorders>
            <w:shd w:val="clear" w:color="auto" w:fill="FFF2E6"/>
            <w:tcMar>
              <w:top w:w="35" w:type="dxa"/>
              <w:left w:w="35" w:type="dxa"/>
              <w:bottom w:w="35" w:type="dxa"/>
              <w:right w:w="35" w:type="dxa"/>
            </w:tcMar>
          </w:tcPr>
          <w:p w:rsidR="00BF704C" w:rsidRPr="006A0A28" w:rsidRDefault="004D0AA0">
            <w:pPr>
              <w:spacing w:after="0"/>
              <w:jc w:val="center"/>
            </w:pPr>
            <w:r w:rsidRPr="006A0A28">
              <w:rPr>
                <w:b/>
                <w:color w:val="E87522"/>
                <w:sz w:val="13"/>
              </w:rPr>
              <w:t>TRANSMIS AU COLLÈGE / SDJES LE</w:t>
            </w:r>
          </w:p>
        </w:tc>
      </w:tr>
      <w:tr w:rsidR="00BF704C" w:rsidRPr="006A0A28" w:rsidTr="006A0A28">
        <w:trPr>
          <w:gridAfter w:val="1"/>
          <w:wAfter w:w="28" w:type="dxa"/>
          <w:cantSplit/>
          <w:jc w:val="center"/>
        </w:trPr>
        <w:tc>
          <w:tcPr>
            <w:tcW w:w="1701" w:type="dxa"/>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 .... / ....</w:t>
            </w:r>
          </w:p>
        </w:tc>
        <w:tc>
          <w:tcPr>
            <w:tcW w:w="2494"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Report ☐ Annulation ☐ Lieu ☐ Horaire</w:t>
            </w:r>
          </w:p>
        </w:tc>
        <w:tc>
          <w:tcPr>
            <w:tcW w:w="4876"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w:t>
            </w:r>
          </w:p>
        </w:tc>
        <w:tc>
          <w:tcPr>
            <w:tcW w:w="4252"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w:t>
            </w:r>
          </w:p>
        </w:tc>
        <w:tc>
          <w:tcPr>
            <w:tcW w:w="2550"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 .... / ....</w:t>
            </w:r>
          </w:p>
        </w:tc>
      </w:tr>
      <w:tr w:rsidR="00BF704C" w:rsidRPr="006A0A28" w:rsidTr="006A0A28">
        <w:trPr>
          <w:gridAfter w:val="1"/>
          <w:wAfter w:w="28" w:type="dxa"/>
          <w:cantSplit/>
          <w:jc w:val="center"/>
        </w:trPr>
        <w:tc>
          <w:tcPr>
            <w:tcW w:w="1701" w:type="dxa"/>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 .... / ....</w:t>
            </w:r>
          </w:p>
        </w:tc>
        <w:tc>
          <w:tcPr>
            <w:tcW w:w="2494"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Report ☐ Annulation ☐ Lieu ☐ Horaire</w:t>
            </w:r>
          </w:p>
        </w:tc>
        <w:tc>
          <w:tcPr>
            <w:tcW w:w="4876"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w:t>
            </w:r>
          </w:p>
        </w:tc>
        <w:tc>
          <w:tcPr>
            <w:tcW w:w="4252"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w:t>
            </w:r>
          </w:p>
        </w:tc>
        <w:tc>
          <w:tcPr>
            <w:tcW w:w="2550"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 .... / ....</w:t>
            </w:r>
          </w:p>
        </w:tc>
      </w:tr>
      <w:tr w:rsidR="00BF704C" w:rsidRPr="006A0A28" w:rsidTr="006A0A28">
        <w:trPr>
          <w:gridAfter w:val="1"/>
          <w:wAfter w:w="28" w:type="dxa"/>
          <w:cantSplit/>
          <w:jc w:val="center"/>
        </w:trPr>
        <w:tc>
          <w:tcPr>
            <w:tcW w:w="1701" w:type="dxa"/>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 .... / ....</w:t>
            </w:r>
          </w:p>
        </w:tc>
        <w:tc>
          <w:tcPr>
            <w:tcW w:w="2494"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Report ☐ Annulation ☐ Lieu ☐ Horaire</w:t>
            </w:r>
          </w:p>
        </w:tc>
        <w:tc>
          <w:tcPr>
            <w:tcW w:w="4876"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w:t>
            </w:r>
          </w:p>
        </w:tc>
        <w:tc>
          <w:tcPr>
            <w:tcW w:w="4252"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w:t>
            </w:r>
          </w:p>
        </w:tc>
        <w:tc>
          <w:tcPr>
            <w:tcW w:w="2550" w:type="dxa"/>
            <w:gridSpan w:val="2"/>
            <w:tcBorders>
              <w:top w:val="single" w:sz="5" w:space="0" w:color="AAB7C4"/>
              <w:left w:val="single" w:sz="5" w:space="0" w:color="AAB7C4"/>
              <w:bottom w:val="single" w:sz="5" w:space="0" w:color="AAB7C4"/>
              <w:right w:val="single" w:sz="5" w:space="0" w:color="AAB7C4"/>
            </w:tcBorders>
            <w:tcMar>
              <w:top w:w="42" w:type="dxa"/>
              <w:left w:w="35" w:type="dxa"/>
              <w:bottom w:w="42" w:type="dxa"/>
              <w:right w:w="35" w:type="dxa"/>
            </w:tcMar>
          </w:tcPr>
          <w:p w:rsidR="00BF704C" w:rsidRPr="006A0A28" w:rsidRDefault="004D0AA0">
            <w:pPr>
              <w:spacing w:after="0"/>
            </w:pPr>
            <w:r w:rsidRPr="006A0A28">
              <w:rPr>
                <w:color w:val="536273"/>
                <w:sz w:val="13"/>
              </w:rPr>
              <w:t>.... / .... / ....</w:t>
            </w:r>
          </w:p>
        </w:tc>
      </w:tr>
      <w:tr w:rsidR="00BF704C" w:rsidRPr="006A0A28" w:rsidTr="006A0A28">
        <w:trPr>
          <w:cantSplit/>
          <w:jc w:val="center"/>
        </w:trPr>
        <w:tc>
          <w:tcPr>
            <w:tcW w:w="15906" w:type="dxa"/>
            <w:gridSpan w:val="10"/>
            <w:shd w:val="clear" w:color="auto" w:fill="2E8B57"/>
            <w:tcMar>
              <w:top w:w="35" w:type="dxa"/>
              <w:left w:w="65" w:type="dxa"/>
              <w:bottom w:w="35" w:type="dxa"/>
              <w:right w:w="65" w:type="dxa"/>
            </w:tcMar>
          </w:tcPr>
          <w:p w:rsidR="00BF704C" w:rsidRPr="006A0A28" w:rsidRDefault="004D0AA0">
            <w:pPr>
              <w:spacing w:after="0"/>
            </w:pPr>
            <w:r w:rsidRPr="006A0A28">
              <w:rPr>
                <w:b/>
                <w:color w:val="FFFFFF"/>
                <w:sz w:val="18"/>
              </w:rPr>
              <w:t>4. RÉCAPITULATIF ET VALIDATION</w:t>
            </w:r>
          </w:p>
        </w:tc>
      </w:tr>
      <w:tr w:rsidR="00BF704C" w:rsidRPr="006A0A28" w:rsidTr="006A0A28">
        <w:trPr>
          <w:gridAfter w:val="2"/>
          <w:wAfter w:w="55" w:type="dxa"/>
          <w:cantSplit/>
          <w:jc w:val="center"/>
        </w:trPr>
        <w:tc>
          <w:tcPr>
            <w:tcW w:w="3969"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5"/>
              </w:rPr>
              <w:t xml:space="preserve">Récapitulatif : </w:t>
            </w:r>
            <w:r w:rsidRPr="006A0A28">
              <w:rPr>
                <w:color w:val="243447"/>
                <w:sz w:val="15"/>
              </w:rPr>
              <w:t>........ séances de 2 h | ........ heures au total</w:t>
            </w:r>
          </w:p>
        </w:tc>
        <w:tc>
          <w:tcPr>
            <w:tcW w:w="3969"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5"/>
              </w:rPr>
              <w:t xml:space="preserve">Concordance avec l’annexe financière : </w:t>
            </w:r>
            <w:r w:rsidRPr="006A0A28">
              <w:rPr>
                <w:color w:val="243447"/>
                <w:sz w:val="15"/>
              </w:rPr>
              <w:t>☐ Oui</w:t>
            </w:r>
          </w:p>
        </w:tc>
        <w:tc>
          <w:tcPr>
            <w:tcW w:w="3855"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4"/>
              </w:rPr>
              <w:t>Convention de mise à disposition : ☐ Non nécessaire  ☐ Existante  ☐ À conclure  ☐ Jointe</w:t>
            </w:r>
          </w:p>
        </w:tc>
        <w:tc>
          <w:tcPr>
            <w:tcW w:w="4053"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4"/>
              </w:rPr>
              <w:t>Transport organisé : ☐ Non  ☐ Oui, par : ........................</w:t>
            </w:r>
          </w:p>
        </w:tc>
      </w:tr>
      <w:tr w:rsidR="00BF704C" w:rsidRPr="006A0A28" w:rsidTr="006A0A28">
        <w:trPr>
          <w:gridAfter w:val="2"/>
          <w:wAfter w:w="55" w:type="dxa"/>
          <w:jc w:val="center"/>
        </w:trPr>
        <w:tc>
          <w:tcPr>
            <w:tcW w:w="7938" w:type="dxa"/>
            <w:gridSpan w:val="4"/>
          </w:tcPr>
          <w:p w:rsidR="00BF704C" w:rsidRPr="006A0A28" w:rsidRDefault="004D0AA0">
            <w:r w:rsidRPr="006A0A28">
              <w:rPr>
                <w:sz w:val="14"/>
              </w:rPr>
              <w:t>Référence / date / durée de la convention de mise à disposition : ................................................................................................</w:t>
            </w:r>
          </w:p>
        </w:tc>
        <w:tc>
          <w:tcPr>
            <w:tcW w:w="7908" w:type="dxa"/>
            <w:gridSpan w:val="4"/>
          </w:tcPr>
          <w:p w:rsidR="00BF704C" w:rsidRPr="006A0A28" w:rsidRDefault="004D0AA0">
            <w:r w:rsidRPr="006A0A28">
              <w:rPr>
                <w:sz w:val="14"/>
              </w:rPr>
              <w:t>Équipement concerné : ................................................................................................</w:t>
            </w:r>
          </w:p>
        </w:tc>
      </w:tr>
      <w:tr w:rsidR="00BF704C" w:rsidRPr="006A0A28" w:rsidTr="006A0A28">
        <w:trPr>
          <w:gridAfter w:val="2"/>
          <w:wAfter w:w="55" w:type="dxa"/>
          <w:cantSplit/>
          <w:jc w:val="center"/>
        </w:trPr>
        <w:tc>
          <w:tcPr>
            <w:tcW w:w="3969"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5"/>
              </w:rPr>
              <w:t xml:space="preserve">Structure partenaire - nom / fonction : </w:t>
            </w:r>
            <w:r w:rsidRPr="006A0A28">
              <w:rPr>
                <w:color w:val="243447"/>
                <w:sz w:val="15"/>
              </w:rPr>
              <w:t>................................................................</w:t>
            </w:r>
          </w:p>
        </w:tc>
        <w:tc>
          <w:tcPr>
            <w:tcW w:w="3969"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5"/>
              </w:rPr>
              <w:t xml:space="preserve">Date / signature / cachet : </w:t>
            </w:r>
            <w:r w:rsidRPr="006A0A28">
              <w:rPr>
                <w:color w:val="243447"/>
                <w:sz w:val="15"/>
              </w:rPr>
              <w:t>................................................................</w:t>
            </w:r>
          </w:p>
        </w:tc>
        <w:tc>
          <w:tcPr>
            <w:tcW w:w="3855"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5"/>
              </w:rPr>
              <w:t xml:space="preserve">Chef d’établissement - nom : </w:t>
            </w:r>
            <w:r w:rsidRPr="006A0A28">
              <w:rPr>
                <w:color w:val="243447"/>
                <w:sz w:val="15"/>
              </w:rPr>
              <w:t>................................................................</w:t>
            </w:r>
          </w:p>
        </w:tc>
        <w:tc>
          <w:tcPr>
            <w:tcW w:w="4053" w:type="dxa"/>
            <w:gridSpan w:val="2"/>
            <w:tcBorders>
              <w:top w:val="single" w:sz="5" w:space="0" w:color="AAB7C4"/>
              <w:left w:val="single" w:sz="5" w:space="0" w:color="AAB7C4"/>
              <w:bottom w:val="single" w:sz="5" w:space="0" w:color="AAB7C4"/>
              <w:right w:val="single" w:sz="5" w:space="0" w:color="AAB7C4"/>
            </w:tcBorders>
            <w:tcMar>
              <w:top w:w="35" w:type="dxa"/>
              <w:left w:w="55" w:type="dxa"/>
              <w:bottom w:w="35" w:type="dxa"/>
              <w:right w:w="55" w:type="dxa"/>
            </w:tcMar>
          </w:tcPr>
          <w:p w:rsidR="00BF704C" w:rsidRPr="006A0A28" w:rsidRDefault="004D0AA0">
            <w:pPr>
              <w:spacing w:after="0"/>
            </w:pPr>
            <w:r w:rsidRPr="006A0A28">
              <w:rPr>
                <w:b/>
                <w:color w:val="173B6C"/>
                <w:sz w:val="15"/>
              </w:rPr>
              <w:t xml:space="preserve">Date / signature / cachet : </w:t>
            </w:r>
            <w:r w:rsidRPr="006A0A28">
              <w:rPr>
                <w:color w:val="243447"/>
                <w:sz w:val="15"/>
              </w:rPr>
              <w:t>................................................................</w:t>
            </w:r>
          </w:p>
        </w:tc>
      </w:tr>
      <w:tr w:rsidR="00BF704C" w:rsidRPr="006A0A28" w:rsidTr="006A0A28">
        <w:trPr>
          <w:gridAfter w:val="2"/>
          <w:wAfter w:w="55" w:type="dxa"/>
          <w:jc w:val="center"/>
        </w:trPr>
        <w:tc>
          <w:tcPr>
            <w:tcW w:w="15851" w:type="dxa"/>
            <w:gridSpan w:val="8"/>
            <w:tcBorders>
              <w:top w:val="single" w:sz="6" w:space="0" w:color="2E8B57"/>
              <w:left w:val="single" w:sz="6" w:space="0" w:color="2E8B57"/>
              <w:bottom w:val="single" w:sz="6" w:space="0" w:color="2E8B57"/>
              <w:right w:val="single" w:sz="6" w:space="0" w:color="2E8B57"/>
            </w:tcBorders>
            <w:shd w:val="clear" w:color="auto" w:fill="EEF8F0"/>
            <w:tcMar>
              <w:top w:w="35" w:type="dxa"/>
              <w:left w:w="60" w:type="dxa"/>
              <w:bottom w:w="35" w:type="dxa"/>
              <w:right w:w="60" w:type="dxa"/>
            </w:tcMar>
          </w:tcPr>
          <w:p w:rsidR="00BF704C" w:rsidRPr="006A0A28" w:rsidRDefault="004D0AA0">
            <w:pPr>
              <w:spacing w:after="0"/>
            </w:pPr>
            <w:r w:rsidRPr="006A0A28">
              <w:rPr>
                <w:b/>
                <w:color w:val="2E8B57"/>
                <w:sz w:val="13"/>
              </w:rPr>
              <w:t>Engagement des parties : la structure partenaire certifie l’exactitude du planning et transmet toute modification avant l’animation concernée. Le chef d’établissement valide la compatibilité des créneaux avec l’organisation du collège et les conditions d’accès aux équipements. Lorsque les animations 2HSC comprennent un déplacement, les modalités de prise en charge, de transport et de retour sont portées à la connaissance des représentants légaux dans l’autorisation parentale prévue à l’article 10 de la convention.</w:t>
            </w:r>
          </w:p>
        </w:tc>
      </w:tr>
    </w:tbl>
    <w:p w:rsidR="001A13E8" w:rsidRPr="006A0A28" w:rsidRDefault="001A13E8"/>
    <w:sectPr w:rsidR="001A13E8" w:rsidRPr="006A0A28" w:rsidSect="00034616">
      <w:headerReference w:type="default" r:id="rId9"/>
      <w:footerReference w:type="default" r:id="rId10"/>
      <w:pgSz w:w="16838" w:h="11906" w:orient="landscape"/>
      <w:pgMar w:top="454" w:right="510" w:bottom="454" w:left="510" w:header="142"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3BF" w:rsidRDefault="002A23BF">
      <w:pPr>
        <w:spacing w:after="0" w:line="240" w:lineRule="auto"/>
      </w:pPr>
      <w:r>
        <w:separator/>
      </w:r>
    </w:p>
  </w:endnote>
  <w:endnote w:type="continuationSeparator" w:id="0">
    <w:p w:rsidR="002A23BF" w:rsidRDefault="002A2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04C" w:rsidRDefault="004D0AA0">
    <w:pPr>
      <w:pStyle w:val="Pieddepage"/>
      <w:jc w:val="center"/>
    </w:pPr>
    <w:r>
      <w:rPr>
        <w:i/>
        <w:color w:val="667085"/>
        <w:sz w:val="13"/>
      </w:rPr>
      <w:t>Pièce jointe 2 à la convention - planning simplifié actualisé après retours des SDJES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3BF" w:rsidRDefault="002A23BF">
      <w:pPr>
        <w:spacing w:after="0" w:line="240" w:lineRule="auto"/>
      </w:pPr>
      <w:r>
        <w:separator/>
      </w:r>
    </w:p>
  </w:footnote>
  <w:footnote w:type="continuationSeparator" w:id="0">
    <w:p w:rsidR="002A23BF" w:rsidRDefault="002A23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04C" w:rsidRDefault="004D0AA0">
    <w:pPr>
      <w:pStyle w:val="En-tte"/>
      <w:jc w:val="right"/>
    </w:pPr>
    <w:r>
      <w:rPr>
        <w:b/>
        <w:color w:val="173B6C"/>
        <w:sz w:val="14"/>
      </w:rPr>
      <w:t>DRAJES Île-de-France | Dispositif 2HSC 2026-2027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2BC0"/>
    <w:rsid w:val="0006063C"/>
    <w:rsid w:val="00147940"/>
    <w:rsid w:val="0015074B"/>
    <w:rsid w:val="001A13E8"/>
    <w:rsid w:val="0029639D"/>
    <w:rsid w:val="002A23BF"/>
    <w:rsid w:val="00326F90"/>
    <w:rsid w:val="004D0AA0"/>
    <w:rsid w:val="006A0A28"/>
    <w:rsid w:val="00AA1D8D"/>
    <w:rsid w:val="00B47730"/>
    <w:rsid w:val="00BF704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1E68B47-F54A-41DE-8120-2924D7DC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16"/>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702D8-EF4A-47A6-8098-74BA25CB9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742</Words>
  <Characters>4084</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Florent NOWAKOWSKI</cp:lastModifiedBy>
  <cp:revision>2</cp:revision>
  <dcterms:created xsi:type="dcterms:W3CDTF">2026-08-25T15:24:00Z</dcterms:created>
  <dcterms:modified xsi:type="dcterms:W3CDTF">2026-08-25T15:24:00Z</dcterms:modified>
  <cp:category/>
</cp:coreProperties>
</file>